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195B" w:rsidRDefault="001F259C">
      <w:pPr>
        <w:spacing w:after="360"/>
      </w:pPr>
      <w:bookmarkStart w:id="0" w:name="_GoBack"/>
      <w:bookmarkEnd w:id="0"/>
      <w:r>
        <w:t>Thursday, 10 September 2026</w:t>
      </w:r>
    </w:p>
    <w:p w:rsidR="0060195B" w:rsidRDefault="001F259C">
      <w:r>
        <w:t>Dear Parent/Carer,</w:t>
      </w:r>
    </w:p>
    <w:p w:rsidR="0060195B" w:rsidRDefault="001F259C">
      <w:pPr>
        <w:spacing w:before="80" w:after="240"/>
        <w:jc w:val="center"/>
      </w:pPr>
      <w:r>
        <w:rPr>
          <w:b/>
          <w:sz w:val="28"/>
        </w:rPr>
        <w:t>Mandarin Club – Autumn Term 2026</w:t>
      </w:r>
    </w:p>
    <w:p w:rsidR="0060195B" w:rsidRDefault="001F259C">
      <w:pPr>
        <w:spacing w:after="160"/>
      </w:pPr>
      <w:r>
        <w:t xml:space="preserve">We are pleased to be offering Mandarin classes again this year. The classes are open to students who would like to begin learning Mandarin, as well as to those who have </w:t>
      </w:r>
      <w:r>
        <w:t>studied Mandarin previously and would like to continue developing their skills.</w:t>
      </w:r>
    </w:p>
    <w:p w:rsidR="0060195B" w:rsidRDefault="001F259C">
      <w:pPr>
        <w:pStyle w:val="ListBullet"/>
        <w:spacing w:after="80"/>
      </w:pPr>
      <w:r>
        <w:rPr>
          <w:b/>
        </w:rPr>
        <w:t>Beginners Mandarin</w:t>
      </w:r>
      <w:r>
        <w:t xml:space="preserve"> – Monday lunchtimes</w:t>
      </w:r>
    </w:p>
    <w:p w:rsidR="0060195B" w:rsidRDefault="001F259C">
      <w:pPr>
        <w:pStyle w:val="ListBullet"/>
        <w:spacing w:after="80"/>
      </w:pPr>
      <w:r>
        <w:t>Intermediate Mandarin – Wednesday lunchtimes, subject to sufficient student interest</w:t>
      </w:r>
    </w:p>
    <w:p w:rsidR="0060195B" w:rsidRDefault="001F259C">
      <w:pPr>
        <w:spacing w:after="160"/>
      </w:pPr>
      <w:r>
        <w:t xml:space="preserve">The Intermediate class is intended for students who </w:t>
      </w:r>
      <w:r>
        <w:t>already have some knowledge of Mandarin, including those who attended the Beginners class previously.</w:t>
      </w:r>
    </w:p>
    <w:p w:rsidR="0060195B" w:rsidRDefault="001F259C">
      <w:pPr>
        <w:spacing w:after="160"/>
      </w:pPr>
      <w:r>
        <w:t xml:space="preserve">If your child would like to take part, please complete the online registration form by </w:t>
      </w:r>
      <w:r>
        <w:rPr>
          <w:b/>
        </w:rPr>
        <w:t>Thursday 17 September</w:t>
      </w:r>
      <w:r>
        <w:t>. This will allow us to confirm numbers and fi</w:t>
      </w:r>
      <w:r>
        <w:t>nalise arrangements with our Mandarin teacher.</w:t>
      </w:r>
    </w:p>
    <w:p w:rsidR="0060195B" w:rsidRDefault="001F259C">
      <w:pPr>
        <w:spacing w:after="160"/>
      </w:pPr>
      <w:r>
        <w:rPr>
          <w:b/>
        </w:rPr>
        <w:t xml:space="preserve">Mandarin Club registration form: </w:t>
      </w:r>
      <w:hyperlink r:id="rId6">
        <w:r>
          <w:rPr>
            <w:color w:val="0563C1"/>
            <w:u w:val="single"/>
          </w:rPr>
          <w:t>click here to comp</w:t>
        </w:r>
        <w:r>
          <w:rPr>
            <w:color w:val="0563C1"/>
            <w:u w:val="single"/>
          </w:rPr>
          <w:t>lete the Google Form</w:t>
        </w:r>
      </w:hyperlink>
    </w:p>
    <w:p w:rsidR="0060195B" w:rsidRDefault="001F259C">
      <w:pPr>
        <w:spacing w:after="160"/>
      </w:pPr>
      <w:r>
        <w:t xml:space="preserve">Once the registration form has closed and we have confirmed student numbers, we will contact parents again on </w:t>
      </w:r>
      <w:r>
        <w:rPr>
          <w:b/>
        </w:rPr>
        <w:t>Friday 18 September</w:t>
      </w:r>
      <w:r>
        <w:t xml:space="preserve"> to confirm whether the classes will be running and to provide the final arrangements. Subject to confirma</w:t>
      </w:r>
      <w:r>
        <w:t xml:space="preserve">tion of numbers, the Beginners class is expected to begin on </w:t>
      </w:r>
      <w:r>
        <w:rPr>
          <w:b/>
        </w:rPr>
        <w:t>Monday 21 September</w:t>
      </w:r>
      <w:r>
        <w:t>.</w:t>
      </w:r>
    </w:p>
    <w:p w:rsidR="0060195B" w:rsidRDefault="001F259C">
      <w:pPr>
        <w:spacing w:after="160"/>
      </w:pPr>
      <w:r>
        <w:t>Students who enrol are expected to attend regularly on a weekly basis.</w:t>
      </w:r>
    </w:p>
    <w:p w:rsidR="0060195B" w:rsidRDefault="001F259C">
      <w:pPr>
        <w:spacing w:after="160"/>
      </w:pPr>
      <w:r>
        <w:t>We hope that many students will take advantage of this opportunity to learn Mandarin or continue buildi</w:t>
      </w:r>
      <w:r>
        <w:t>ng on what they have already learnt.</w:t>
      </w:r>
    </w:p>
    <w:p w:rsidR="0060195B" w:rsidRDefault="001F259C">
      <w:pPr>
        <w:spacing w:after="360"/>
      </w:pPr>
      <w:r>
        <w:t xml:space="preserve">If you have any queries, please contact </w:t>
      </w:r>
      <w:r>
        <w:rPr>
          <w:b/>
        </w:rPr>
        <w:t>Mr Revelant</w:t>
      </w:r>
      <w:r>
        <w:t xml:space="preserve"> at </w:t>
      </w:r>
      <w:hyperlink r:id="rId7">
        <w:r>
          <w:rPr>
            <w:color w:val="0563C1"/>
            <w:u w:val="single"/>
          </w:rPr>
          <w:t>lrevelant@graveney.wandsworth.sch.uk</w:t>
        </w:r>
      </w:hyperlink>
      <w:r>
        <w:t xml:space="preserve"> or </w:t>
      </w:r>
      <w:r>
        <w:rPr>
          <w:b/>
        </w:rPr>
        <w:t>Mrs Pollard</w:t>
      </w:r>
      <w:r>
        <w:t xml:space="preserve"> at </w:t>
      </w:r>
      <w:hyperlink r:id="rId8">
        <w:r>
          <w:rPr>
            <w:color w:val="0563C1"/>
            <w:u w:val="single"/>
          </w:rPr>
          <w:t>cpollard@graveney.wandsworth.sch.uk</w:t>
        </w:r>
      </w:hyperlink>
      <w:r>
        <w:t>.</w:t>
      </w:r>
    </w:p>
    <w:p w:rsidR="0060195B" w:rsidRDefault="001F259C">
      <w:r>
        <w:t>Yours faithfully,</w:t>
      </w:r>
    </w:p>
    <w:p w:rsidR="0060195B" w:rsidRDefault="001F259C">
      <w:pPr>
        <w:spacing w:after="0"/>
      </w:pPr>
      <w:r>
        <w:rPr>
          <w:b/>
        </w:rPr>
        <w:t>Mr Luca Revelant</w:t>
      </w:r>
    </w:p>
    <w:p w:rsidR="0060195B" w:rsidRDefault="001F259C">
      <w:r>
        <w:t>Head of Modern Foreign Languages</w:t>
      </w:r>
    </w:p>
    <w:sectPr w:rsidR="0060195B" w:rsidSect="00034616">
      <w:pgSz w:w="12240" w:h="15840"/>
      <w:pgMar w:top="1080" w:right="1296" w:bottom="108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F259C"/>
    <w:rsid w:val="0029639D"/>
    <w:rsid w:val="00326F90"/>
    <w:rsid w:val="0060195B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262811C5-D162-4714-A90F-31C331E8C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rial" w:eastAsia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pollard@graveney.wandsworth.sch.uk" TargetMode="External"/><Relationship Id="rId3" Type="http://schemas.openxmlformats.org/officeDocument/2006/relationships/styles" Target="styles.xml"/><Relationship Id="rId7" Type="http://schemas.openxmlformats.org/officeDocument/2006/relationships/hyperlink" Target="mailto:lrevelant@graveney.wandsworth.sch.u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ocs.google.com/forms/d/e/1FAIpQLSeRq2WhGgm65feAM8JXP24hgY3NX_UEm98RDjj1ymrmIpgZZw/viewform?usp=sharing&amp;ouid=118388039013025077768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382ED67-6036-4D97-AC33-EEE34EF32C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4F9186B5</Template>
  <TotalTime>0</TotalTime>
  <Pages>1</Pages>
  <Words>284</Words>
  <Characters>1622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1903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Sian Tanner</cp:lastModifiedBy>
  <cp:revision>2</cp:revision>
  <dcterms:created xsi:type="dcterms:W3CDTF">2026-09-11T08:22:00Z</dcterms:created>
  <dcterms:modified xsi:type="dcterms:W3CDTF">2026-09-11T08:22:00Z</dcterms:modified>
  <cp:category/>
</cp:coreProperties>
</file>